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C7D4" w14:textId="77777777" w:rsidR="001413D9" w:rsidRDefault="009442A1">
      <w:pPr>
        <w:pStyle w:val="Title"/>
      </w:pPr>
      <w:r>
        <w:rPr>
          <w:b/>
          <w:sz w:val="40"/>
        </w:rPr>
        <w:t>Valda Litherland-Payne</w:t>
      </w:r>
    </w:p>
    <w:p w14:paraId="7C3ACA02" w14:textId="77777777" w:rsidR="001413D9" w:rsidRDefault="009442A1">
      <w:r>
        <w:t>2 Laverock Road, Newburgh, Ellon, Aberdeenshire, AB41 6FN</w:t>
      </w:r>
      <w:r>
        <w:br/>
        <w:t>07592 195451 | Valda@Litherland-Payne.co.uk</w:t>
      </w:r>
      <w:r>
        <w:br/>
      </w:r>
    </w:p>
    <w:p w14:paraId="76649F31" w14:textId="77777777" w:rsidR="001413D9" w:rsidRDefault="009442A1">
      <w:pPr>
        <w:pStyle w:val="Heading1"/>
      </w:pPr>
      <w:r>
        <w:t>Profile</w:t>
      </w:r>
    </w:p>
    <w:p w14:paraId="0D3C0D5F" w14:textId="77777777" w:rsidR="001413D9" w:rsidRDefault="009442A1">
      <w:r>
        <w:t>Creative and highly motivated interior designer with extensive experience in spatial planning, kitchen and bathroom design, graphic design, and client-facing roles. Skilled in 3D visualisation, concept development, and project management, with a strong track record of delivering bespoke solutions for residential and commercial clients. Fluent in English, Lithuanian, and Russian.</w:t>
      </w:r>
    </w:p>
    <w:p w14:paraId="53D99EA5" w14:textId="77777777" w:rsidR="001413D9" w:rsidRDefault="009442A1">
      <w:pPr>
        <w:pStyle w:val="Heading1"/>
      </w:pPr>
      <w:r>
        <w:t>Key Skills</w:t>
      </w:r>
    </w:p>
    <w:p w14:paraId="5EA8156D" w14:textId="77777777" w:rsidR="001413D9" w:rsidRDefault="009442A1">
      <w:pPr>
        <w:pStyle w:val="ListBullet"/>
      </w:pPr>
      <w:r>
        <w:t>Interior design: kitchens, bedrooms, bathrooms, living spaces</w:t>
      </w:r>
    </w:p>
    <w:p w14:paraId="714AEF9B" w14:textId="77777777" w:rsidR="001413D9" w:rsidRDefault="009442A1">
      <w:pPr>
        <w:pStyle w:val="ListBullet"/>
      </w:pPr>
      <w:r>
        <w:t>3D visualisation (Compusoft Winner)</w:t>
      </w:r>
    </w:p>
    <w:p w14:paraId="62D6F48F" w14:textId="77777777" w:rsidR="001413D9" w:rsidRDefault="009442A1">
      <w:pPr>
        <w:pStyle w:val="ListBullet"/>
      </w:pPr>
      <w:r>
        <w:t>Graphic design (CorelDraw, Adobe Photoshop)</w:t>
      </w:r>
    </w:p>
    <w:p w14:paraId="6B70F77A" w14:textId="77777777" w:rsidR="001413D9" w:rsidRDefault="009442A1">
      <w:pPr>
        <w:pStyle w:val="ListBullet"/>
      </w:pPr>
      <w:r>
        <w:t>Client consultation and project management</w:t>
      </w:r>
    </w:p>
    <w:p w14:paraId="67D2E1E1" w14:textId="77777777" w:rsidR="001413D9" w:rsidRDefault="009442A1">
      <w:pPr>
        <w:pStyle w:val="ListBullet"/>
      </w:pPr>
      <w:r>
        <w:t>Visual communication and branding</w:t>
      </w:r>
    </w:p>
    <w:p w14:paraId="20305792" w14:textId="77777777" w:rsidR="001413D9" w:rsidRDefault="009442A1">
      <w:pPr>
        <w:pStyle w:val="ListBullet"/>
      </w:pPr>
      <w:r>
        <w:t>Multilingual: English, Lithuanian, Russian</w:t>
      </w:r>
    </w:p>
    <w:p w14:paraId="799C45EA" w14:textId="77777777" w:rsidR="001413D9" w:rsidRDefault="009442A1">
      <w:pPr>
        <w:pStyle w:val="Heading1"/>
      </w:pPr>
      <w:r>
        <w:t>Employment History</w:t>
      </w:r>
    </w:p>
    <w:p w14:paraId="7B3325F4" w14:textId="161FB1D5" w:rsidR="001413D9" w:rsidRDefault="009442A1">
      <w:pPr>
        <w:pStyle w:val="ListBullet"/>
      </w:pPr>
      <w:r>
        <w:t xml:space="preserve">Interior Designer / Sales Designer, Ashley Ann Ltd., Aberdeen </w:t>
      </w:r>
    </w:p>
    <w:p w14:paraId="7443FCE5" w14:textId="77777777" w:rsidR="001413D9" w:rsidRDefault="009442A1">
      <w:pPr>
        <w:pStyle w:val="ListBullet2"/>
      </w:pPr>
      <w:r>
        <w:t>Designed bespoke kitchens, bedrooms, and bathrooms for clients, including 3D presentations and spatial layouts.</w:t>
      </w:r>
    </w:p>
    <w:p w14:paraId="6F49D5C0" w14:textId="77777777" w:rsidR="001413D9" w:rsidRDefault="009442A1">
      <w:pPr>
        <w:pStyle w:val="ListBullet2"/>
      </w:pPr>
      <w:r>
        <w:t>Managed client accounts and ensured high levels of customer satisfaction.</w:t>
      </w:r>
    </w:p>
    <w:p w14:paraId="7E9A0AA0" w14:textId="77777777" w:rsidR="001413D9" w:rsidRDefault="009442A1">
      <w:pPr>
        <w:pStyle w:val="ListBullet2"/>
      </w:pPr>
      <w:r>
        <w:t>Used Compusoft Winner software for visualisation and technical drawings.</w:t>
      </w:r>
    </w:p>
    <w:p w14:paraId="7696A145" w14:textId="58F5F31F" w:rsidR="001413D9" w:rsidRDefault="009442A1">
      <w:pPr>
        <w:pStyle w:val="ListBullet"/>
      </w:pPr>
      <w:r>
        <w:t xml:space="preserve">Designer / Sales Consultant, ISTO House of Interior, Lithuania </w:t>
      </w:r>
    </w:p>
    <w:p w14:paraId="0BB5CBBB" w14:textId="77777777" w:rsidR="001413D9" w:rsidRDefault="009442A1">
      <w:pPr>
        <w:pStyle w:val="ListBullet2"/>
      </w:pPr>
      <w:r>
        <w:t xml:space="preserve">Designed </w:t>
      </w:r>
      <w:proofErr w:type="gramStart"/>
      <w:r>
        <w:t>kitchens</w:t>
      </w:r>
      <w:proofErr w:type="gramEnd"/>
      <w:r>
        <w:t xml:space="preserve"> and furniture projects, including interior visualisation and 3D presentations.</w:t>
      </w:r>
    </w:p>
    <w:p w14:paraId="58557B8E" w14:textId="77777777" w:rsidR="001413D9" w:rsidRDefault="009442A1">
      <w:pPr>
        <w:pStyle w:val="ListBullet2"/>
      </w:pPr>
      <w:r>
        <w:t>Created technical drawings for installation and managed projects from concept to completion.</w:t>
      </w:r>
    </w:p>
    <w:p w14:paraId="6271E062" w14:textId="6E7CD5AF" w:rsidR="001413D9" w:rsidRDefault="009442A1">
      <w:pPr>
        <w:pStyle w:val="ListBullet"/>
      </w:pPr>
      <w:r>
        <w:t xml:space="preserve">Graphic Designer, Klaipeda Design Centre, Lithuania </w:t>
      </w:r>
    </w:p>
    <w:p w14:paraId="45B9FBB9" w14:textId="77777777" w:rsidR="001413D9" w:rsidRDefault="009442A1">
      <w:pPr>
        <w:pStyle w:val="ListBullet2"/>
      </w:pPr>
      <w:r>
        <w:t>Developed graphic design projects: brochures, posters, greeting cards, maps, and signage.</w:t>
      </w:r>
    </w:p>
    <w:p w14:paraId="0AFAC62C" w14:textId="77777777" w:rsidR="001413D9" w:rsidRDefault="009442A1">
      <w:pPr>
        <w:pStyle w:val="ListBullet2"/>
      </w:pPr>
      <w:r>
        <w:lastRenderedPageBreak/>
        <w:t>Created expositions for museums and international exhibitions.</w:t>
      </w:r>
    </w:p>
    <w:p w14:paraId="519130EB" w14:textId="77777777" w:rsidR="001413D9" w:rsidRDefault="009442A1">
      <w:pPr>
        <w:pStyle w:val="ListBullet"/>
      </w:pPr>
      <w:r>
        <w:t>Freelance Designer, UK &amp; Lithuania (2014 — Present)</w:t>
      </w:r>
    </w:p>
    <w:p w14:paraId="4A0E8448" w14:textId="77777777" w:rsidR="001413D9" w:rsidRDefault="009442A1">
      <w:pPr>
        <w:pStyle w:val="ListBullet2"/>
      </w:pPr>
      <w:r>
        <w:t>Branding and logo design for a dental clinic in Lithuania, completed remotely from the UK.</w:t>
      </w:r>
    </w:p>
    <w:p w14:paraId="29F5A0FD" w14:textId="77777777" w:rsidR="001413D9" w:rsidRDefault="009442A1">
      <w:pPr>
        <w:pStyle w:val="ListBullet2"/>
      </w:pPr>
      <w:r>
        <w:t>Designed monthly business magazines including editorial layout and print-ready artwork.</w:t>
      </w:r>
    </w:p>
    <w:p w14:paraId="4F2DD3CA" w14:textId="77777777" w:rsidR="001413D9" w:rsidRDefault="009442A1">
      <w:pPr>
        <w:pStyle w:val="ListBullet2"/>
      </w:pPr>
      <w:r>
        <w:t>Managed cross-border client communication and delivered creative solutions.</w:t>
      </w:r>
    </w:p>
    <w:p w14:paraId="2C22C9F8" w14:textId="77777777" w:rsidR="001413D9" w:rsidRDefault="009442A1">
      <w:pPr>
        <w:pStyle w:val="ListBullet"/>
      </w:pPr>
      <w:r>
        <w:t>Operations Agent, DHL Express, Aberdeen (Oct 2021 — Present)</w:t>
      </w:r>
    </w:p>
    <w:p w14:paraId="4DAB03E9" w14:textId="77777777" w:rsidR="001413D9" w:rsidRDefault="009442A1">
      <w:pPr>
        <w:pStyle w:val="ListBullet2"/>
      </w:pPr>
      <w:r>
        <w:t>Handled customer service, order processing, and data management.</w:t>
      </w:r>
    </w:p>
    <w:p w14:paraId="34C1F329" w14:textId="461E8A38" w:rsidR="001413D9" w:rsidRDefault="009442A1">
      <w:pPr>
        <w:pStyle w:val="ListBullet"/>
      </w:pPr>
      <w:r>
        <w:t xml:space="preserve">Reservationist / Front of House Receptionist, Skene House, Aberdeen </w:t>
      </w:r>
    </w:p>
    <w:p w14:paraId="0F9A4CDB" w14:textId="77777777" w:rsidR="001413D9" w:rsidRDefault="009442A1">
      <w:pPr>
        <w:pStyle w:val="ListBullet2"/>
      </w:pPr>
      <w:r>
        <w:t>Managed reservations, guest enquiries, and hotel operations.</w:t>
      </w:r>
    </w:p>
    <w:p w14:paraId="2D8322AF" w14:textId="77777777" w:rsidR="001413D9" w:rsidRDefault="009442A1">
      <w:pPr>
        <w:pStyle w:val="Heading1"/>
      </w:pPr>
      <w:r>
        <w:t>Education &amp; Training</w:t>
      </w:r>
    </w:p>
    <w:p w14:paraId="1AD66519" w14:textId="359AFE6F" w:rsidR="001413D9" w:rsidRDefault="009442A1">
      <w:pPr>
        <w:pStyle w:val="ListBullet"/>
      </w:pPr>
      <w:r>
        <w:t>Graphic Designer Diploma (</w:t>
      </w:r>
      <w:proofErr w:type="gramStart"/>
      <w:r>
        <w:t>Master's Degree</w:t>
      </w:r>
      <w:proofErr w:type="gramEnd"/>
      <w:r>
        <w:t xml:space="preserve">), Vilnius University of Arts, Lithuania </w:t>
      </w:r>
    </w:p>
    <w:p w14:paraId="2DF13B89" w14:textId="77777777" w:rsidR="001413D9" w:rsidRDefault="009442A1">
      <w:pPr>
        <w:pStyle w:val="ListBullet"/>
      </w:pPr>
      <w:r>
        <w:t>Product Training: Molteni, Rolf Benz, Haecker, Noelte (Germany &amp; Lithuania)</w:t>
      </w:r>
    </w:p>
    <w:p w14:paraId="1A85CD3D" w14:textId="77777777" w:rsidR="001413D9" w:rsidRDefault="009442A1">
      <w:pPr>
        <w:pStyle w:val="ListBullet"/>
      </w:pPr>
      <w:r>
        <w:t>ESOL (English for Speakers of Other Languages), North East Scotland College</w:t>
      </w:r>
    </w:p>
    <w:p w14:paraId="1A1F682B" w14:textId="77777777" w:rsidR="001413D9" w:rsidRDefault="009442A1">
      <w:pPr>
        <w:pStyle w:val="ListBullet"/>
      </w:pPr>
      <w:r>
        <w:t>ECDL Essentials (ITQ, QCF) Certificate, BCS Level 1</w:t>
      </w:r>
    </w:p>
    <w:p w14:paraId="41EBE647" w14:textId="77777777" w:rsidR="001413D9" w:rsidRDefault="009442A1">
      <w:pPr>
        <w:pStyle w:val="Heading1"/>
      </w:pPr>
      <w:r>
        <w:t>Software</w:t>
      </w:r>
    </w:p>
    <w:p w14:paraId="11EE1587" w14:textId="77777777" w:rsidR="001413D9" w:rsidRDefault="009442A1">
      <w:pPr>
        <w:pStyle w:val="ListBullet"/>
      </w:pPr>
      <w:r>
        <w:t>Compusoft Winner</w:t>
      </w:r>
    </w:p>
    <w:p w14:paraId="75BC8673" w14:textId="77777777" w:rsidR="001413D9" w:rsidRDefault="009442A1">
      <w:pPr>
        <w:pStyle w:val="ListBullet"/>
      </w:pPr>
      <w:r>
        <w:t>CorelDraw</w:t>
      </w:r>
    </w:p>
    <w:p w14:paraId="5C7EE2A3" w14:textId="77777777" w:rsidR="001413D9" w:rsidRDefault="009442A1">
      <w:pPr>
        <w:pStyle w:val="ListBullet"/>
      </w:pPr>
      <w:r>
        <w:t>Adobe Photoshop</w:t>
      </w:r>
    </w:p>
    <w:p w14:paraId="0AC9609C" w14:textId="77777777" w:rsidR="001413D9" w:rsidRDefault="009442A1">
      <w:pPr>
        <w:pStyle w:val="ListBullet"/>
      </w:pPr>
      <w:r>
        <w:t>Microsoft Office</w:t>
      </w:r>
    </w:p>
    <w:p w14:paraId="6A8BE888" w14:textId="77777777" w:rsidR="001413D9" w:rsidRDefault="009442A1">
      <w:pPr>
        <w:pStyle w:val="Heading1"/>
      </w:pPr>
      <w:r>
        <w:t>Languages</w:t>
      </w:r>
    </w:p>
    <w:p w14:paraId="14649B86" w14:textId="77777777" w:rsidR="001413D9" w:rsidRDefault="009442A1">
      <w:pPr>
        <w:pStyle w:val="ListBullet"/>
      </w:pPr>
      <w:r>
        <w:t>Lithuanian (Native)</w:t>
      </w:r>
    </w:p>
    <w:p w14:paraId="72AF2FA7" w14:textId="77777777" w:rsidR="001413D9" w:rsidRDefault="009442A1">
      <w:pPr>
        <w:pStyle w:val="ListBullet"/>
      </w:pPr>
      <w:r>
        <w:t>English (Fluent)</w:t>
      </w:r>
    </w:p>
    <w:p w14:paraId="45C420EA" w14:textId="77777777" w:rsidR="001413D9" w:rsidRDefault="009442A1">
      <w:pPr>
        <w:pStyle w:val="ListBullet"/>
      </w:pPr>
      <w:r>
        <w:t>Russian (Fluent)</w:t>
      </w:r>
    </w:p>
    <w:p w14:paraId="102F859B" w14:textId="77777777" w:rsidR="001413D9" w:rsidRDefault="009442A1">
      <w:pPr>
        <w:pStyle w:val="ListBullet"/>
      </w:pPr>
      <w:r>
        <w:t>German (Basic)</w:t>
      </w:r>
    </w:p>
    <w:p w14:paraId="0A25418F" w14:textId="77777777" w:rsidR="001413D9" w:rsidRDefault="009442A1">
      <w:pPr>
        <w:pStyle w:val="Heading1"/>
      </w:pPr>
      <w:r>
        <w:t>Personal Attributes</w:t>
      </w:r>
    </w:p>
    <w:p w14:paraId="5250D1E8" w14:textId="77777777" w:rsidR="001413D9" w:rsidRDefault="009442A1">
      <w:pPr>
        <w:pStyle w:val="ListBullet"/>
      </w:pPr>
      <w:r>
        <w:t>Highly organised, creative, and detail-oriented</w:t>
      </w:r>
    </w:p>
    <w:p w14:paraId="01918BA6" w14:textId="77777777" w:rsidR="001413D9" w:rsidRDefault="009442A1">
      <w:pPr>
        <w:pStyle w:val="ListBullet"/>
      </w:pPr>
      <w:r>
        <w:t>Excellent communication skills</w:t>
      </w:r>
    </w:p>
    <w:p w14:paraId="47A71507" w14:textId="77777777" w:rsidR="001413D9" w:rsidRDefault="009442A1">
      <w:pPr>
        <w:pStyle w:val="ListBullet"/>
      </w:pPr>
      <w:r>
        <w:t>Flexible and adaptable</w:t>
      </w:r>
    </w:p>
    <w:p w14:paraId="6FDE9072" w14:textId="77777777" w:rsidR="001413D9" w:rsidRDefault="009442A1">
      <w:pPr>
        <w:pStyle w:val="ListBullet"/>
      </w:pPr>
      <w:r>
        <w:lastRenderedPageBreak/>
        <w:t>Able to work independently and as part of a team</w:t>
      </w:r>
    </w:p>
    <w:p w14:paraId="48586817" w14:textId="77777777" w:rsidR="001413D9" w:rsidRDefault="009442A1">
      <w:pPr>
        <w:pStyle w:val="ListBullet"/>
      </w:pPr>
      <w:r>
        <w:t>Punctual and responsible</w:t>
      </w:r>
    </w:p>
    <w:sectPr w:rsidR="001413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6301240">
    <w:abstractNumId w:val="8"/>
  </w:num>
  <w:num w:numId="2" w16cid:durableId="629240381">
    <w:abstractNumId w:val="6"/>
  </w:num>
  <w:num w:numId="3" w16cid:durableId="1625769516">
    <w:abstractNumId w:val="5"/>
  </w:num>
  <w:num w:numId="4" w16cid:durableId="1744796904">
    <w:abstractNumId w:val="4"/>
  </w:num>
  <w:num w:numId="5" w16cid:durableId="252058809">
    <w:abstractNumId w:val="7"/>
  </w:num>
  <w:num w:numId="6" w16cid:durableId="1092623293">
    <w:abstractNumId w:val="3"/>
  </w:num>
  <w:num w:numId="7" w16cid:durableId="1801721893">
    <w:abstractNumId w:val="2"/>
  </w:num>
  <w:num w:numId="8" w16cid:durableId="87968664">
    <w:abstractNumId w:val="1"/>
  </w:num>
  <w:num w:numId="9" w16cid:durableId="8655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3D9"/>
    <w:rsid w:val="00142803"/>
    <w:rsid w:val="0015074B"/>
    <w:rsid w:val="001C039D"/>
    <w:rsid w:val="0029639D"/>
    <w:rsid w:val="00326F90"/>
    <w:rsid w:val="008343FB"/>
    <w:rsid w:val="009442A1"/>
    <w:rsid w:val="009E0437"/>
    <w:rsid w:val="00AA1D8D"/>
    <w:rsid w:val="00B47730"/>
    <w:rsid w:val="00CB0664"/>
    <w:rsid w:val="00DF3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FD736AF-39F1-4472-82E7-A5B18C7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2456</Characters>
  <Application>Microsoft Office Word</Application>
  <DocSecurity>0</DocSecurity>
  <Lines>62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Gary Litherland-Payne</cp:lastModifiedBy>
  <cp:revision>3</cp:revision>
  <dcterms:created xsi:type="dcterms:W3CDTF">2026-02-18T19:41:00Z</dcterms:created>
  <dcterms:modified xsi:type="dcterms:W3CDTF">2026-02-21T11:49:00Z</dcterms:modified>
  <cp:category/>
</cp:coreProperties>
</file>